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היעדים השונים בדרכון הקריאה ואת המאפיינים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בגיאוגרפיה של העולם: יבשות, הרים, מדבריות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תהליך איסוף החותמות בדרכון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קנגורו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קרח ושלג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המשימות שייכות לאותו יעד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קילימנג׳רו נמצא במזרח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אחת האטרקציות של יעד אוסטרליה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יער האמזונס נמצא בדרום 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אוסטרליה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הימלאיה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יעד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(הרים גבוהים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(סוואנה ובעלי חיים במזרח 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(נופי טבע מרשימים בצפון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(היבשת הקפואה בדרום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(אזור ביבשת אסיה עם תרבויות עשירות)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יעד מתוך הדרכון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ספר או טקסט הקשור ליעד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משימה או שאלה על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חותמת ליעד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ליעד הבא במסע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יעד אחד מתוך הרשימה, מתאר/ת לפחות שני מאפיינים (הר, מדבר, בעל חיים, יבשת וכד׳) ומנמק/ת מדוע מעניין אותו/ה ללמוד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יעד קיים בדרכון עם מאפיין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שסוואנה היא שטח עם עשב ובעלי חיים ומדבר הוא שטח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שצריך לקרוא ולענות על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מראש מפת עולם ולסמן עליה את עשרת היעדים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ולתת לכל זוג יעד אחד להציג בקצרה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לוותר על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דרכון עם 10 מקומות בעולם. בכל מקום צריך לקרוא ולענות, ואז מקבלים חותמת.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מאוד בעולם, כמו אפריקה או אסיה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 מאוד עם מעט מים וצמחים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סוואנה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פתוח עם עשב ועצים בודדים, שם חיים הרבה בעלי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קוטב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הקר ביותר בצפון או בדרום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שונית אלמוגים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צבעוני בים שבנוי מאלמוגים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יער 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גדול וחם עם הרבה גשם וצמחייה עשירה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אבן עתיק בצורת משולש, בעיקר במצרים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עמק עמוק שנחצב בסלע על ידי נהר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נמצאים הרי האלפים?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מדבר סהרה?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דרום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חיה יש באוסטרליה?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באנטארקטיקה?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קרח ושלג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נמצאים 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צפון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פירמידות גיזה נמצאות במדבר סהרה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קילימנג׳רו הוא הר הנמצא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שונית המחסום הגדולה נמצאת באוסטרליה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הגשם של האמזונס נמצא באסיה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אפשר לראות את שונית המחסום הגדולה ואת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יער הגשם של ה__________ נמצא בדרום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הרי ה__________ הם ההרים הגבוהים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במדבר ה__________ נמצאות פירמידות גיזה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יעד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אזור ביבשת אסיה עם תרבויות עשירות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סרנגטי וקילימנג׳רו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הרים גבוהים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היבשת הקפואה בדרום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נופי טבע מרשימים בצפון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סוואנה ובעלי חיים במזרח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המסע בדרכון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ספר או טקסט הקשור ליעד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חותמת ליעד בדרכון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ליעד הבא במסע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יעד מתוך הדרכון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משימה או שאלה על היעד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מהדרכון שהייתם רוצים לקרוא עליו יותר, ותארו במה הוא מיוחד ומה הייתם רוצים לגלות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שם של יעד אחד בדרכון ומאפיין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סוואנה למדבר?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לעשות כדי לקבל חותמת ביעד?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הדרכון שלי – מסע קריאה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