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הדרכון שלי – מסע קריאה סביב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היעדים השונים בדרכון הקריאה ואת המאפיינים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יסוד בגיאוגרפיה של העולם: יבשות, הרים, מדבריות ובעלי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תהליך איסוף החותמות בדרכון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קנגורו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קרח ושלג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המשימות שייכות לאותו יעד במצרים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קילימנג׳רו נמצא במזרח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אחת האטרקציות של יעד אוסטרליה בדרכון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יער האמזונס נמצא בדרום אמריקה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אוסטרליה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אמזונס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הימלאיה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סהרה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יעד למאפיין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(הרים גבוהים באירופה)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(סוואנה ובעלי חיים במזרח אפריקה)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(נופי טבע מרשימים בצפון אמריקה)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(היבשת הקפואה בדרום כדור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(אזור ביבשת אסיה עם תרבויות עשירות)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המסע בדרכון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יעד מתוך הדרכון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ספר או טקסט הקשור ליעד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עונים על משימה או שאלה על היעד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מקבלים חותמת ליעד בדרכון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ליעד הבא במסע הקריאה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 יעד אחד מתוך הרשימה, מתאר/ת לפחות שני מאפיינים (הר, מדבר, בעל חיים, יבשת וכד׳) ומנמק/ת מדוע מעניין אותו/ה ללמוד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יעד קיים בדרכון עם מאפיין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מבינים שסוואנה היא שטח עם עשב ובעלי חיים ומדבר הוא שטח יבש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מבינים שצריך לקרוא ולענות על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מראש מפת עולם ולסמן עליה את עשרת היעדים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התלמידים לזוגות ולתת לכל זוג יעד אחד להציג בקצרה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מומלץ לוותר על הפריטים המסומנים כקשים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הדרכון שלי – מסע קריאה סביב העולם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בדרכון הקריאה יש עשרה יעדים מרתקים סביב העולם, מהרי האלפים ועד הקוטב הצפוני. בכל יעד מקבלים חותמת אחרי שקוראים וממלאים משימה.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יבשת נמצאים הרי האלפים?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יבשת נמצא מדבר סהרה ופירמידות גיזה?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דרום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בעל חיים מככב ביעד של אוסטרליה בדרכון?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פינגווין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קנגורו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ג׳ירפה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דוב קוטב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למצוא בעיקר ביבשת אנטארקטיקה?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מדבר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קרח ושלג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יער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פירמידות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יבשת נמצאים הרי ההימלאיה?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צפון אמריקה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פירמידות גיזה נמצאות במדבר סהרה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קילימנג׳רו הוא הר הנמצא באירופה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שונית המחסום הגדולה נמצאת באוסטרליה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יער הגשם של האמזונס נמצא באסיה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אפשר לראות את שונית המחסום הגדולה ואת הקנגורו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יער הגשם של ה__________ נמצא בדרום אמריקה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הרי ה__________ הם ההרים הגבוהים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במדבר ה__________ נמצאות פירמידות גיזה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יעד למאפיין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הרי האלפים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סוואנה ובעלי חיים במזרח 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סרנגטי וקילימנג׳רו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היבשת הקפואה בדרום כדור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הגרנד קניון וילוסטון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אזור ביבשת אסיה עם תרבויות עשירות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אנטארקטיקה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נופי טבע מרשימים בצפון אמריקה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מזרח אסיה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הרים גבוהים באירופה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המסע בדרכון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ספר או טקסט הקשור ליעד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משימה או שאלה על היעד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ליעד הבא במסע הקריאה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יעד מתוך הדרכון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חותמת ליעד בדרכון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יעד מהדרכון שהייתם רוצים לקרוא עליו יותר, ותארו במה הוא מיוחד ומה הייתם רוצים לגלות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ספרו שם של יעד אחד בדרכון ומאפיין אחד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סוואנה למדבר?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לעשות כדי לקבל חותמת ביעד?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הדרכון שלי – מסע קריאה סביב העולם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